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Guía y Plantilla: Currículum Vitae sin Experiencia Laboral</w:t>
      </w:r>
    </w:p>
    <w:p>
      <w:pPr>
        <w:pStyle w:val="Heading1"/>
      </w:pPr>
      <w:r>
        <w:t>Objetivo</w:t>
      </w:r>
    </w:p>
    <w:p>
      <w:r>
        <w:t>Ayudar a jóvenes que buscan su primer empleo a elaborar un CV profesional.</w:t>
      </w:r>
    </w:p>
    <w:p>
      <w:pPr>
        <w:pStyle w:val="Heading1"/>
      </w:pPr>
      <w:r>
        <w:t>¿Qué es un CV?</w:t>
      </w:r>
    </w:p>
    <w:p>
      <w:r>
        <w:t>El Currículum Vitae resume tu formación, habilidades y experiencias para postular a un empleo, práctica o beca.</w:t>
      </w:r>
    </w:p>
    <w:p>
      <w:pPr>
        <w:pStyle w:val="Heading1"/>
      </w:pPr>
      <w:r>
        <w:t>¿Qué busca un reclutador?</w:t>
      </w:r>
    </w:p>
    <w:p>
      <w:r>
        <w:t>Claridad, buena ortografía, formación, habilidades, interés por aprender y una presentación ordenada.</w:t>
      </w:r>
    </w:p>
    <w:p>
      <w:pPr>
        <w:pStyle w:val="Heading1"/>
      </w:pPr>
      <w:r>
        <w:t>Errores frecuentes</w:t>
      </w:r>
    </w:p>
    <w:p>
      <w:pPr>
        <w:pStyle w:val="ListBullet"/>
      </w:pPr>
      <w:r>
        <w:t>Usar un correo poco profesional.</w:t>
      </w:r>
    </w:p>
    <w:p>
      <w:pPr>
        <w:pStyle w:val="ListBullet"/>
      </w:pPr>
      <w:r>
        <w:t>Incluir información irrelevante.</w:t>
      </w:r>
    </w:p>
    <w:p>
      <w:pPr>
        <w:pStyle w:val="ListBullet"/>
      </w:pPr>
      <w:r>
        <w:t>Escribir 'No tengo experiencia'.</w:t>
      </w:r>
    </w:p>
    <w:p>
      <w:pPr>
        <w:pStyle w:val="ListBullet"/>
      </w:pPr>
      <w:r>
        <w:t>Enviar el CV con errores ortográficos.</w:t>
      </w:r>
    </w:p>
    <w:p>
      <w:pPr>
        <w:pStyle w:val="Heading1"/>
      </w:pPr>
      <w:r>
        <w:t>Ejemplo de Currículum Vitae</w:t>
      </w:r>
    </w:p>
    <w:p>
      <w:r>
        <w:t>MARÍA FERNANDA RAMÍREZ LÓPEZ</w:t>
        <w:br/>
        <w:t>Piura, Perú | 987 654 321 | mariaramirez@gmail.com</w:t>
        <w:br/>
        <w:br/>
        <w:t>PERFIL PROFESIONAL</w:t>
        <w:br/>
        <w:t>Estudiante de Administración con interés en atención al cliente y gestión administrativa. Responsable, organizada y con disposición para aprender.</w:t>
        <w:br/>
        <w:br/>
        <w:t>FORMACIÓN ACADÉMICA</w:t>
        <w:br/>
        <w:t>IESTP Almirante Miguel Grau</w:t>
        <w:br/>
        <w:t>Administración de Empresas (2023 - Actualidad)</w:t>
        <w:br/>
        <w:br/>
        <w:t>CURSOS</w:t>
        <w:br/>
        <w:t>• Excel Básico (40 horas)</w:t>
        <w:br/>
        <w:t>• Atención al Cliente (24 horas)</w:t>
        <w:br/>
        <w:t>• Marketing Digital (30 horas)</w:t>
        <w:br/>
        <w:br/>
        <w:t>EXPERIENCIA FORMATIVA</w:t>
        <w:br/>
        <w:t>Proyecto académico: Elaboración de un plan de negocios para una microempresa local.</w:t>
        <w:br/>
        <w:t>Voluntariado: Campaña ambiental 'Piura Verde'.</w:t>
        <w:br/>
        <w:br/>
        <w:t>HABILIDADES TÉCNICAS</w:t>
        <w:br/>
        <w:t>Word, Excel, PowerPoint, Canva, Google Drive.</w:t>
        <w:br/>
        <w:br/>
        <w:t>HABILIDADES BLANDAS</w:t>
        <w:br/>
        <w:t>Trabajo en equipo, comunicación, liderazgo, organización.</w:t>
        <w:br/>
        <w:br/>
        <w:t>IDIOMAS</w:t>
        <w:br/>
        <w:t>Español (nativo) | Inglés (básico)</w:t>
        <w:br/>
        <w:br/>
        <w:t>REFERENCIAS</w:t>
        <w:br/>
        <w:t>Disponibles a solicitud.</w:t>
        <w:br/>
      </w:r>
    </w:p>
    <w:p>
      <w:pPr>
        <w:pStyle w:val="Heading1"/>
      </w:pPr>
      <w:r>
        <w:t>Plantilla editable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Nombre completo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Teléfono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Correo electrónico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Ciudad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LinkedIn (opcional)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Perfil profesional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Formación académica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Cursos y capacitaciones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Experiencia formativa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Habilidades técnicas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Habilidades blandas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Idiomas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Referencias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Lista de verificación</w:t>
      </w:r>
    </w:p>
    <w:p>
      <w:r>
        <w:t>☐ Revisé la ortografía.</w:t>
      </w:r>
    </w:p>
    <w:p>
      <w:r>
        <w:t>☐ Adapté el CV a la vacante.</w:t>
      </w:r>
    </w:p>
    <w:p>
      <w:r>
        <w:t>☐ Guardé el archivo en PDF.</w:t>
      </w:r>
    </w:p>
    <w:p>
      <w:r>
        <w:t>☐ El nombre del archivo es profesional.</w:t>
      </w:r>
    </w:p>
    <w:p>
      <w:r>
        <w:t>☐ El CV tiene máximo una página.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