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Guía y Plantilla: Currículum Vitae para Mujeres Emprendedoras</w:t>
      </w:r>
    </w:p>
    <w:p>
      <w:pPr>
        <w:pStyle w:val="Heading1"/>
      </w:pPr>
      <w:r>
        <w:t>Objetivo</w:t>
      </w:r>
    </w:p>
    <w:p>
      <w:r>
        <w:t>Orientar a mujeres emprendedoras para elaborar un CV que presente de manera profesional su experiencia gestionando un negocio, sus capacidades comerciales, sus logros y las competencias desarrolladas en su trayectoria emprendedora.</w:t>
      </w:r>
    </w:p>
    <w:p>
      <w:pPr>
        <w:pStyle w:val="Heading1"/>
      </w:pPr>
      <w:r>
        <w:t>¿Qué valoran las organizaciones y empresas en una mujer emprendedora?</w:t>
      </w:r>
    </w:p>
    <w:p>
      <w:pPr>
        <w:pStyle w:val="ListBullet"/>
      </w:pPr>
      <w:r>
        <w:t>Capacidad para organizar, producir, vender y atender clientes.</w:t>
      </w:r>
    </w:p>
    <w:p>
      <w:pPr>
        <w:pStyle w:val="ListBullet"/>
      </w:pPr>
      <w:r>
        <w:t>Experiencia liderando un negocio, incluso si este aún es pequeño o informal.</w:t>
      </w:r>
    </w:p>
    <w:p>
      <w:pPr>
        <w:pStyle w:val="ListBullet"/>
      </w:pPr>
      <w:r>
        <w:t>Logros concretos: incremento de ventas, participación en ferias, nuevos productos o clientes.</w:t>
      </w:r>
    </w:p>
    <w:p>
      <w:pPr>
        <w:pStyle w:val="ListBullet"/>
      </w:pPr>
      <w:r>
        <w:t>Manejo de redes sociales, herramientas digitales y medios de pago.</w:t>
      </w:r>
    </w:p>
    <w:p>
      <w:pPr>
        <w:pStyle w:val="ListBullet"/>
      </w:pPr>
      <w:r>
        <w:t>Iniciativa, responsabilidad, creatividad y capacidad para resolver problemas.</w:t>
      </w:r>
    </w:p>
    <w:p>
      <w:pPr>
        <w:pStyle w:val="Heading1"/>
      </w:pPr>
      <w:r>
        <w:t>Ejemplo de Currículum Vitae</w:t>
      </w:r>
    </w:p>
    <w:p>
      <w:r>
        <w:rPr>
          <w:b/>
        </w:rPr>
        <w:t>MARÍA ELENA RÍOS CASTRO</w:t>
        <w:br/>
      </w:r>
      <w:r>
        <w:rPr>
          <w:b w:val="0"/>
        </w:rPr>
        <w:t>Piura | 987 654 321 | maria.rios@gmail.com</w:t>
        <w:br/>
      </w:r>
      <w:r>
        <w:rPr>
          <w:b w:val="0"/>
        </w:rPr>
        <w:br/>
      </w:r>
      <w:r>
        <w:rPr>
          <w:b/>
        </w:rPr>
        <w:t>PERFIL EMPRENDEDOR</w:t>
        <w:br/>
      </w:r>
      <w:r>
        <w:rPr>
          <w:b w:val="0"/>
        </w:rPr>
        <w:t>Emprendedora con cuatro años de experiencia en elaboración y comercialización de productos de repostería. Manejo pedidos personalizados, atención al cliente y promoción mediante WhatsApp Business y Facebook. Me caracterizo por la responsabilidad, creatividad y orientación a resultados.</w:t>
        <w:br/>
      </w:r>
      <w:r>
        <w:rPr>
          <w:b w:val="0"/>
        </w:rPr>
        <w:br/>
      </w:r>
      <w:r>
        <w:rPr>
          <w:b/>
        </w:rPr>
        <w:t>EXPERIENCIA EMPRENDEDORA</w:t>
        <w:br/>
      </w:r>
      <w:r>
        <w:rPr>
          <w:b/>
        </w:rPr>
        <w:t>Fundadora y administradora – Dulce Encanto (2022 – actualidad)</w:t>
        <w:br/>
      </w:r>
      <w:r>
        <w:rPr>
          <w:b w:val="0"/>
        </w:rPr>
        <w:t>• Elaboración y venta de tortas, bocaditos y postres personalizados.</w:t>
        <w:br/>
        <w:t>• Gestión de pedidos, costos, compras y atención al cliente.</w:t>
        <w:br/>
        <w:t>• Participación en tres ferias locales de emprendimiento.</w:t>
        <w:br/>
        <w:t>• Incremento de la cartera de clientes mediante redes sociales.</w:t>
        <w:br/>
      </w:r>
      <w:r>
        <w:rPr>
          <w:b w:val="0"/>
        </w:rPr>
        <w:br/>
      </w:r>
      <w:r>
        <w:rPr>
          <w:b/>
        </w:rPr>
        <w:t>FORMACIÓN</w:t>
        <w:br/>
      </w:r>
      <w:r>
        <w:rPr>
          <w:b w:val="0"/>
        </w:rPr>
        <w:t>Secundaria completa – I.E. Nuestra Señora de Fátima (2019)</w:t>
        <w:br/>
      </w:r>
      <w:r>
        <w:rPr>
          <w:b w:val="0"/>
        </w:rPr>
        <w:br/>
      </w:r>
      <w:r>
        <w:rPr>
          <w:b/>
        </w:rPr>
        <w:t>CURSOS Y CAPACITACIONES</w:t>
        <w:br/>
      </w:r>
      <w:r>
        <w:rPr>
          <w:b w:val="0"/>
        </w:rPr>
        <w:t>• Gestión básica de negocios.</w:t>
        <w:br/>
        <w:t>• Redes sociales para emprendimientos.</w:t>
        <w:br/>
        <w:t>• Manipulación de alimentos.</w:t>
        <w:br/>
      </w:r>
      <w:r>
        <w:rPr>
          <w:b w:val="0"/>
        </w:rPr>
        <w:br/>
      </w:r>
      <w:r>
        <w:rPr>
          <w:b/>
        </w:rPr>
        <w:t>COMPETENCIAS</w:t>
        <w:br/>
      </w:r>
      <w:r>
        <w:rPr>
          <w:b w:val="0"/>
        </w:rPr>
        <w:t>Ventas, atención al cliente, control de costos, producción, redes sociales y organización de pedidos.</w:t>
        <w:br/>
      </w:r>
      <w:r>
        <w:rPr>
          <w:b w:val="0"/>
        </w:rPr>
        <w:br/>
      </w:r>
      <w:r>
        <w:rPr>
          <w:b/>
        </w:rPr>
        <w:t>HABILIDADES BLANDAS</w:t>
        <w:br/>
      </w:r>
      <w:r>
        <w:rPr>
          <w:b w:val="0"/>
        </w:rPr>
        <w:t>Creatividad, perseverancia, comunicación, liderazgo y trabajo en equipo.</w:t>
        <w:br/>
      </w:r>
      <w:r>
        <w:rPr>
          <w:b w:val="0"/>
        </w:rPr>
        <w:br/>
      </w:r>
      <w:r>
        <w:rPr>
          <w:b/>
        </w:rPr>
        <w:t>REFERENCIAS</w:t>
        <w:br/>
      </w:r>
      <w:r>
        <w:rPr>
          <w:b w:val="0"/>
        </w:rPr>
        <w:t>Disponibles a solicitud.</w:t>
      </w:r>
    </w:p>
    <w:p>
      <w:pPr>
        <w:pStyle w:val="Heading1"/>
      </w:pPr>
      <w:r>
        <w:t>Consejos del reclutador</w:t>
      </w:r>
    </w:p>
    <w:p>
      <w:r>
        <w:t>La experiencia emprendedora también es experiencia laboral. Describe qué haces, cómo organizas el negocio, qué herramientas utilizas y qué resultados has logrado. Evita limitarte a colocar “dueña de negocio”; explica tus responsabilidades y logros.</w:t>
      </w:r>
    </w:p>
    <w:p>
      <w:pPr>
        <w:pStyle w:val="Heading1"/>
      </w:pPr>
      <w:r>
        <w:t>Plantilla editable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Nombre completo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Teléfono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Correo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Ciudad o distrito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Perfil emprendedor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Nombre del emprendimiento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Periodo de funcionamiento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Productos o servicios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Responsabilidades principales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Logros alcanzados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Formación académica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Cursos y capacitaciones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Competencias digitales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Habilidades blandas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Referencias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Checklist</w:t>
      </w:r>
    </w:p>
    <w:p>
      <w:r>
        <w:t>☐ Incluí mi experiencia como emprendedora.</w:t>
      </w:r>
    </w:p>
    <w:p>
      <w:r>
        <w:t>☐ Describí mis responsabilidades y logros.</w:t>
      </w:r>
    </w:p>
    <w:p>
      <w:r>
        <w:t>☐ Mencioné cursos y herramientas digitales.</w:t>
      </w:r>
    </w:p>
    <w:p>
      <w:r>
        <w:t>☐ Revisé ortografía y datos de contacto.</w:t>
      </w:r>
    </w:p>
    <w:p>
      <w:r>
        <w:t>☐ Guardé el CV en formato PDF.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