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Guía y Plantilla: Carta para Postulación a Beca</w:t>
      </w:r>
    </w:p>
    <w:p>
      <w:pPr>
        <w:pStyle w:val="Heading1"/>
      </w:pPr>
      <w:r>
        <w:t>Objetivo</w:t>
      </w:r>
    </w:p>
    <w:p>
      <w:r>
        <w:t>Orientar a jóvenes para redactar una carta de motivación que comunique con claridad su trayectoria, necesidad, compromiso y potencial de aprovechamiento de una beca.</w:t>
      </w:r>
    </w:p>
    <w:p>
      <w:pPr>
        <w:pStyle w:val="Heading1"/>
      </w:pPr>
      <w:r>
        <w:t>¿Qué evalúa un comité de becas?</w:t>
      </w:r>
    </w:p>
    <w:p>
      <w:pPr>
        <w:pStyle w:val="ListBullet"/>
      </w:pPr>
      <w:r>
        <w:t>Motivación auténtica y relación de la beca con las metas personales.</w:t>
      </w:r>
    </w:p>
    <w:p>
      <w:pPr>
        <w:pStyle w:val="ListBullet"/>
      </w:pPr>
      <w:r>
        <w:t>Méritos académicos, comunitarios, laborales o de liderazgo.</w:t>
      </w:r>
    </w:p>
    <w:p>
      <w:pPr>
        <w:pStyle w:val="ListBullet"/>
      </w:pPr>
      <w:r>
        <w:t>Claridad sobre cómo se aprovechará la oportunidad.</w:t>
      </w:r>
    </w:p>
    <w:p>
      <w:pPr>
        <w:pStyle w:val="ListBullet"/>
      </w:pPr>
      <w:r>
        <w:t>Compromiso para culminar el programa.</w:t>
      </w:r>
    </w:p>
    <w:p>
      <w:pPr>
        <w:pStyle w:val="ListBullet"/>
      </w:pPr>
      <w:r>
        <w:t>Potencial para generar un impacto positivo en la comunidad.</w:t>
      </w:r>
    </w:p>
    <w:p>
      <w:pPr>
        <w:pStyle w:val="Heading1"/>
      </w:pPr>
      <w:r>
        <w:t>Ejemplo</w:t>
      </w:r>
    </w:p>
    <w:p>
      <w:r>
        <w:rPr>
          <w:b w:val="0"/>
        </w:rPr>
        <w:t>Piura, 3 de agosto de 2026</w:t>
        <w:br/>
      </w:r>
      <w:r>
        <w:rPr>
          <w:b w:val="0"/>
        </w:rPr>
        <w:br/>
      </w:r>
      <w:r>
        <w:rPr>
          <w:b w:val="0"/>
        </w:rPr>
        <w:t>Comité de Selección</w:t>
        <w:br/>
      </w:r>
      <w:r>
        <w:rPr>
          <w:b/>
        </w:rPr>
        <w:t>Programa de Becas Jóvenes con Futuro</w:t>
        <w:br/>
      </w:r>
      <w:r>
        <w:rPr>
          <w:b w:val="0"/>
        </w:rPr>
        <w:br/>
      </w:r>
      <w:r>
        <w:rPr>
          <w:b w:val="0"/>
        </w:rPr>
        <w:t>Estimadas y estimados integrantes del comité:</w:t>
        <w:br/>
      </w:r>
      <w:r>
        <w:rPr>
          <w:b w:val="0"/>
        </w:rPr>
        <w:br/>
      </w:r>
      <w:r>
        <w:rPr>
          <w:b w:val="0"/>
        </w:rPr>
        <w:t>Mi nombre es Carlos Eduardo Mendoza López y presento mi postulación al Programa de Becas Jóvenes con Futuro. Soy egresado de secundaria y deseo formarme en Desarrollo de Sistemas para acceder a mejores oportunidades laborales y contribuir con soluciones digitales en mi comunidad.</w:t>
        <w:br/>
      </w:r>
      <w:r>
        <w:rPr>
          <w:b w:val="0"/>
        </w:rPr>
        <w:br/>
      </w:r>
      <w:r>
        <w:rPr>
          <w:b w:val="0"/>
        </w:rPr>
        <w:t>Durante los últimos dos años he participado como voluntario en actividades juveniles de mi distrito, apoyando en la organización de talleres y campañas comunitarias. Esta experiencia fortaleció mi liderazgo, responsabilidad y capacidad para trabajar con otras personas.</w:t>
        <w:br/>
      </w:r>
      <w:r>
        <w:rPr>
          <w:b w:val="0"/>
        </w:rPr>
        <w:br/>
      </w:r>
      <w:r>
        <w:rPr>
          <w:b w:val="0"/>
        </w:rPr>
        <w:t>Mi familia cuenta con recursos económicos limitados, por lo que esta beca representa una oportunidad decisiva para continuar mi formación. Me comprometo a cumplir con las actividades académicas, participar activamente y compartir los conocimientos adquiridos con otros jóvenes.</w:t>
        <w:br/>
      </w:r>
      <w:r>
        <w:rPr>
          <w:b w:val="0"/>
        </w:rPr>
        <w:br/>
      </w:r>
      <w:r>
        <w:rPr>
          <w:b w:val="0"/>
        </w:rPr>
        <w:t>Agradezco la evaluación de mi postulación y quedo disponible para brindar información adicional.</w:t>
        <w:br/>
      </w:r>
      <w:r>
        <w:rPr>
          <w:b w:val="0"/>
        </w:rPr>
        <w:br/>
      </w:r>
      <w:r>
        <w:rPr>
          <w:b w:val="0"/>
        </w:rPr>
        <w:t>Atentamente,</w:t>
        <w:br/>
      </w:r>
      <w:r>
        <w:rPr>
          <w:b/>
        </w:rPr>
        <w:t>CARLOS EDUARDO MENDOZA LÓPEZ</w:t>
        <w:br/>
      </w:r>
      <w:r>
        <w:rPr>
          <w:b w:val="0"/>
        </w:rPr>
        <w:t>Celular: 988 777 666 | Correo: carlos.mendoza@gmail.com</w:t>
      </w:r>
    </w:p>
    <w:p>
      <w:pPr>
        <w:pStyle w:val="Heading1"/>
      </w:pPr>
      <w:r>
        <w:t>Consejos prácticos</w:t>
      </w:r>
    </w:p>
    <w:p>
      <w:r>
        <w:t>Usa ejemplos concretos y evita exageraciones. Explica por qué la beca es importante, pero también qué cualidades y experiencias demuestran que sabrás aprovecharla.</w:t>
      </w:r>
    </w:p>
    <w:p>
      <w:pPr>
        <w:pStyle w:val="Heading1"/>
      </w:pPr>
      <w:r>
        <w:t>Plantilla editable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Ciudad y fecha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de la beca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Comité o institución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Presentación personal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Estudios o experiencia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Logros o participación social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Motivación para postular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Situación o necesidad relevante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Metas futuras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Compromiso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Datos de contacto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Checklist</w:t>
      </w:r>
    </w:p>
    <w:p>
      <w:r>
        <w:t>☐ Expliqué por qué deseo la beca.</w:t>
      </w:r>
    </w:p>
    <w:p>
      <w:r>
        <w:t>☐ Incluí ejemplos de logros o participación.</w:t>
      </w:r>
    </w:p>
    <w:p>
      <w:r>
        <w:t>☐ Relacioné la beca con mis metas.</w:t>
      </w:r>
    </w:p>
    <w:p>
      <w:r>
        <w:t>☐ Expresé mi compromiso con el programa.</w:t>
      </w:r>
    </w:p>
    <w:p>
      <w:r>
        <w:t>☐ Revisé ortografía y extensión.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