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Guía y Plantilla: Correo Formal para Enviar un CV</w:t>
      </w:r>
    </w:p>
    <w:p>
      <w:pPr>
        <w:pStyle w:val="Heading1"/>
      </w:pPr>
      <w:r>
        <w:t>Objetivo</w:t>
      </w:r>
    </w:p>
    <w:p>
      <w:r>
        <w:t>Orientar a postulantes para redactar un correo breve, profesional y claro al enviar su currículum vitae a una empresa u organización.</w:t>
      </w:r>
    </w:p>
    <w:p>
      <w:pPr>
        <w:pStyle w:val="Heading1"/>
      </w:pPr>
      <w:r>
        <w:t>¿Qué debe contener el correo?</w:t>
      </w:r>
    </w:p>
    <w:p>
      <w:pPr>
        <w:pStyle w:val="ListBullet"/>
      </w:pPr>
      <w:r>
        <w:t>Asunto específico con el nombre del puesto.</w:t>
      </w:r>
    </w:p>
    <w:p>
      <w:pPr>
        <w:pStyle w:val="ListBullet"/>
      </w:pPr>
      <w:r>
        <w:t>Saludo profesional.</w:t>
      </w:r>
    </w:p>
    <w:p>
      <w:pPr>
        <w:pStyle w:val="ListBullet"/>
      </w:pPr>
      <w:r>
        <w:t>Presentación breve y motivo del mensaje.</w:t>
      </w:r>
    </w:p>
    <w:p>
      <w:pPr>
        <w:pStyle w:val="ListBullet"/>
      </w:pPr>
      <w:r>
        <w:t>Una o dos fortalezas vinculadas con la vacante.</w:t>
      </w:r>
    </w:p>
    <w:p>
      <w:pPr>
        <w:pStyle w:val="ListBullet"/>
      </w:pPr>
      <w:r>
        <w:t>Mención del CV adjunto y datos de contacto.</w:t>
      </w:r>
    </w:p>
    <w:p>
      <w:pPr>
        <w:pStyle w:val="Heading1"/>
      </w:pPr>
      <w:r>
        <w:t>Ejemplo</w:t>
      </w:r>
    </w:p>
    <w:p>
      <w:r>
        <w:rPr>
          <w:b/>
        </w:rPr>
        <w:t>ASUNTO: Postulación al puesto de Asistente Administrativo – Ana Pérez</w:t>
        <w:br/>
      </w:r>
      <w:r>
        <w:rPr>
          <w:b w:val="0"/>
        </w:rPr>
        <w:br/>
      </w:r>
      <w:r>
        <w:rPr>
          <w:b w:val="0"/>
        </w:rPr>
        <w:t>Estimado equipo de selección:</w:t>
        <w:br/>
      </w:r>
      <w:r>
        <w:rPr>
          <w:b w:val="0"/>
        </w:rPr>
        <w:br/>
      </w:r>
      <w:r>
        <w:rPr>
          <w:b w:val="0"/>
        </w:rPr>
        <w:t>Me dirijo a ustedes para presentar mi postulación al puesto de Asistente Administrativo publicado en su convocatoria.</w:t>
        <w:br/>
      </w:r>
      <w:r>
        <w:rPr>
          <w:b w:val="0"/>
        </w:rPr>
        <w:br/>
      </w:r>
      <w:r>
        <w:rPr>
          <w:b w:val="0"/>
        </w:rPr>
        <w:t>Soy egresada técnica de Administración y cuento con experiencia en atención al cliente, archivo documentario y manejo de Microsoft Office. Me considero una persona responsable, organizada y con disposición para aprender.</w:t>
        <w:br/>
      </w:r>
      <w:r>
        <w:rPr>
          <w:b w:val="0"/>
        </w:rPr>
        <w:br/>
      </w:r>
      <w:r>
        <w:rPr>
          <w:b w:val="0"/>
        </w:rPr>
        <w:t>Adjunto mi currículum vitae para su evaluación. Quedo atenta a la posibilidad de participar en una entrevista.</w:t>
        <w:br/>
      </w:r>
      <w:r>
        <w:rPr>
          <w:b w:val="0"/>
        </w:rPr>
        <w:br/>
      </w:r>
      <w:r>
        <w:rPr>
          <w:b w:val="0"/>
        </w:rPr>
        <w:t>Saludos cordiales,</w:t>
        <w:br/>
      </w:r>
      <w:r>
        <w:rPr>
          <w:b/>
        </w:rPr>
        <w:t>Ana Lucía Pérez Ruiz</w:t>
        <w:br/>
      </w:r>
      <w:r>
        <w:rPr>
          <w:b w:val="0"/>
        </w:rPr>
        <w:t>Celular: 999 888 777</w:t>
        <w:br/>
      </w:r>
      <w:r>
        <w:rPr>
          <w:b w:val="0"/>
        </w:rPr>
        <w:t>Correo: ana.perez@gmail.com</w:t>
      </w:r>
    </w:p>
    <w:p>
      <w:pPr>
        <w:pStyle w:val="Heading1"/>
      </w:pPr>
      <w:r>
        <w:t>Consejos prácticos</w:t>
      </w:r>
    </w:p>
    <w:p>
      <w:r>
        <w:t>El cuerpo del correo debe ser breve. Nombra el archivo de manera profesional, por ejemplo: CV_Ana_Perez.pdf. Verifica que el documento esté adjunto antes de enviarlo.</w:t>
      </w:r>
    </w:p>
    <w:p>
      <w:pPr>
        <w:pStyle w:val="Heading1"/>
      </w:pPr>
      <w:r>
        <w:t>Plantilla editable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Asunto del correo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del destinatario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Puesto al que postula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Presentación breve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Formación o experiencia relevante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Competencias principales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Mención del CV adjunto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Despedida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Teléfono y correo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Checklist</w:t>
      </w:r>
    </w:p>
    <w:p>
      <w:r>
        <w:t>☐ Escribí un asunto claro.</w:t>
      </w:r>
    </w:p>
    <w:p>
      <w:r>
        <w:t>☐ Adjunté el CV correcto.</w:t>
      </w:r>
    </w:p>
    <w:p>
      <w:r>
        <w:t>☐ Nombré profesionalmente el archivo.</w:t>
      </w:r>
    </w:p>
    <w:p>
      <w:r>
        <w:t>☐ El mensaje es breve y respetuoso.</w:t>
      </w:r>
    </w:p>
    <w:p>
      <w:r>
        <w:t>☐ Revisé destinatario y datos de contacto.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