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Guía y Plantilla: Correo de Agradecimiento</w:t>
      </w:r>
    </w:p>
    <w:p>
      <w:pPr>
        <w:pStyle w:val="Heading1"/>
      </w:pPr>
      <w:r>
        <w:t>Objetivo</w:t>
      </w:r>
    </w:p>
    <w:p>
      <w:r>
        <w:t>Orientar a postulantes para agradecer una entrevista, reunión o respuesta de selección, reforzando una imagen profesional y manteniendo una relación cordial con la organización.</w:t>
      </w:r>
    </w:p>
    <w:p>
      <w:pPr>
        <w:pStyle w:val="Heading1"/>
      </w:pPr>
      <w:r>
        <w:t>¿Qué debe expresar un correo de agradecimiento?</w:t>
      </w:r>
    </w:p>
    <w:p>
      <w:pPr>
        <w:pStyle w:val="ListBullet"/>
      </w:pPr>
      <w:r>
        <w:t>Agradecimiento por el tiempo y la oportunidad.</w:t>
      </w:r>
    </w:p>
    <w:p>
      <w:pPr>
        <w:pStyle w:val="ListBullet"/>
      </w:pPr>
      <w:r>
        <w:t>Referencia breve a la entrevista o reunión.</w:t>
      </w:r>
    </w:p>
    <w:p>
      <w:pPr>
        <w:pStyle w:val="ListBullet"/>
      </w:pPr>
      <w:r>
        <w:t>Reafirmación del interés en el puesto o programa.</w:t>
      </w:r>
    </w:p>
    <w:p>
      <w:pPr>
        <w:pStyle w:val="ListBullet"/>
      </w:pPr>
      <w:r>
        <w:t>Una idea concreta que recuerde el valor del perfil.</w:t>
      </w:r>
    </w:p>
    <w:p>
      <w:pPr>
        <w:pStyle w:val="ListBullet"/>
      </w:pPr>
      <w:r>
        <w:t>Disponibilidad para brindar información adicional.</w:t>
      </w:r>
    </w:p>
    <w:p>
      <w:pPr>
        <w:pStyle w:val="Heading1"/>
      </w:pPr>
      <w:r>
        <w:t>Ejemplo</w:t>
      </w:r>
    </w:p>
    <w:p>
      <w:r>
        <w:rPr>
          <w:b/>
        </w:rPr>
        <w:t>ASUNTO: Gracias por la entrevista – Asistente Administrativo</w:t>
        <w:br/>
      </w:r>
      <w:r>
        <w:rPr>
          <w:b w:val="0"/>
        </w:rPr>
        <w:br/>
      </w:r>
      <w:r>
        <w:rPr>
          <w:b w:val="0"/>
        </w:rPr>
        <w:t>Estimada señora Ramírez:</w:t>
        <w:br/>
      </w:r>
      <w:r>
        <w:rPr>
          <w:b w:val="0"/>
        </w:rPr>
        <w:br/>
      </w:r>
      <w:r>
        <w:rPr>
          <w:b w:val="0"/>
        </w:rPr>
        <w:t>Muchas gracias por el tiempo brindado durante la entrevista realizada el día de ayer para el puesto de Asistente Administrativo.</w:t>
        <w:br/>
      </w:r>
      <w:r>
        <w:rPr>
          <w:b w:val="0"/>
        </w:rPr>
        <w:br/>
      </w:r>
      <w:r>
        <w:rPr>
          <w:b w:val="0"/>
        </w:rPr>
        <w:t>La conversación me permitió conocer mejor las funciones del cargo y reafirmó mi interés en formar parte de la organización. Considero que mi experiencia en atención al cliente y organización documentaria puede contribuir positivamente al equipo.</w:t>
        <w:br/>
      </w:r>
      <w:r>
        <w:rPr>
          <w:b w:val="0"/>
        </w:rPr>
        <w:br/>
      </w:r>
      <w:r>
        <w:rPr>
          <w:b w:val="0"/>
        </w:rPr>
        <w:t>Quedo atenta a cualquier información adicional que requieran y agradezco nuevamente la oportunidad.</w:t>
        <w:br/>
      </w:r>
      <w:r>
        <w:rPr>
          <w:b w:val="0"/>
        </w:rPr>
        <w:br/>
      </w:r>
      <w:r>
        <w:rPr>
          <w:b w:val="0"/>
        </w:rPr>
        <w:t>Saludos cordiales,</w:t>
        <w:br/>
      </w:r>
      <w:r>
        <w:rPr>
          <w:b/>
        </w:rPr>
        <w:t>Ana Lucía Pérez Ruiz</w:t>
        <w:br/>
      </w:r>
      <w:r>
        <w:rPr>
          <w:b w:val="0"/>
        </w:rPr>
        <w:t>Celular: 999 888 777</w:t>
      </w:r>
    </w:p>
    <w:p>
      <w:pPr>
        <w:pStyle w:val="Heading1"/>
      </w:pPr>
      <w:r>
        <w:t>Consejos prácticos</w:t>
      </w:r>
    </w:p>
    <w:p>
      <w:r>
        <w:t>Envíalo idealmente dentro de las 24 horas posteriores a la entrevista. Debe ser genuino, breve y personalizado; evita convertirlo en una segunda carta de presentación extensa.</w:t>
      </w:r>
    </w:p>
    <w:p>
      <w:pPr>
        <w:pStyle w:val="Heading1"/>
      </w:pPr>
      <w:r>
        <w:t>Plantilla editable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Asunto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Nombre del destinatario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Fecha o referencia de la entrevista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Agradecimiento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Aspecto valorado de la conversación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Reafirmación de interés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Fortaleza relacionada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Disponibilidad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835"/>
            <w:vAlign w:val="center"/>
            <w:shd w:fill="D9EAF7"/>
          </w:tcPr>
          <w:p>
            <w:r/>
            <w:r>
              <w:rPr>
                <w:b/>
                <w:sz w:val="20"/>
              </w:rPr>
              <w:t>Nombre y contacto</w:t>
            </w:r>
          </w:p>
        </w:tc>
        <w:tc>
          <w:tcPr>
            <w:tcW w:type="dxa" w:w="6236"/>
            <w:vAlign w:val="center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pStyle w:val="Heading1"/>
      </w:pPr>
      <w:r>
        <w:t>Checklist</w:t>
      </w:r>
    </w:p>
    <w:p>
      <w:r>
        <w:t>☐ Envié el correo dentro de un plazo oportuno.</w:t>
      </w:r>
    </w:p>
    <w:p>
      <w:r>
        <w:t>☐ Personalicé el agradecimiento.</w:t>
      </w:r>
    </w:p>
    <w:p>
      <w:r>
        <w:t>☐ Reafirmé mi interés sin insistir.</w:t>
      </w:r>
    </w:p>
    <w:p>
      <w:r>
        <w:t>☐ El mensaje es breve.</w:t>
      </w:r>
    </w:p>
    <w:p>
      <w:r>
        <w:t>☐ Revisé ortografía y datos.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